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New employee onboarding checklist</w:t>
      </w:r>
    </w:p>
    <w:p>
      <w:r>
        <w:rPr>
          <w:i/>
          <w:color w:val="55627A"/>
          <w:sz w:val="19"/>
        </w:rPr>
        <w:t>Tick each task as it is done. Give every task an owner, so nothing is left for "someone" to do.</w:t>
      </w:r>
    </w:p>
    <w:p>
      <w:r>
        <w:t xml:space="preserve">Employee: </w:t>
      </w:r>
      <w:r>
        <w:rPr>
          <w:highlight w:val="yellow"/>
        </w:rPr>
        <w:t>[Name]</w:t>
      </w:r>
      <w:r>
        <w:t xml:space="preserve">        Job title: </w:t>
      </w:r>
      <w:r>
        <w:rPr>
          <w:highlight w:val="yellow"/>
        </w:rPr>
        <w:t>[Job title]</w:t>
      </w:r>
      <w:r>
        <w:t xml:space="preserve">        Start date: </w:t>
      </w:r>
      <w:r>
        <w:rPr>
          <w:highlight w:val="yellow"/>
        </w:rPr>
        <w:t>[Date]</w:t>
      </w:r>
      <w:r>
        <w:t xml:space="preserve">        Line manager: </w:t>
      </w:r>
      <w:r>
        <w:rPr>
          <w:highlight w:val="yellow"/>
        </w:rPr>
        <w:t>[Name]</w:t>
      </w:r>
    </w:p>
    <w:p>
      <w:pPr>
        <w:pStyle w:val="Heading1"/>
      </w:pPr>
      <w:r>
        <w:t>Before the first day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794"/>
          </w:tcPr>
          <w:p>
            <w:r/>
            <w:r>
              <w:rPr>
                <w:b/>
              </w:rPr>
              <w:t>Done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Task</w:t>
            </w:r>
          </w:p>
        </w:tc>
        <w:tc>
          <w:tcPr>
            <w:tcW w:type="dxa" w:w="2041"/>
          </w:tcPr>
          <w:p>
            <w:r/>
            <w:r>
              <w:rPr>
                <w:b/>
              </w:rPr>
              <w:t>Owner</w:t>
            </w:r>
          </w:p>
        </w:tc>
        <w:tc>
          <w:tcPr>
            <w:tcW w:type="dxa" w:w="1417"/>
          </w:tcPr>
          <w:p>
            <w:r/>
            <w:r>
              <w:rPr>
                <w:b/>
              </w:rPr>
              <w:t>Date</w:t>
            </w:r>
          </w:p>
        </w:tc>
      </w:tr>
      <w:tr>
        <w:tc>
          <w:tcPr>
            <w:tcW w:type="dxa" w:w="794"/>
          </w:tcPr>
          <w:p>
            <w:r/>
            <w:r>
              <w:rPr>
                <w:highlight w:val="yellow"/>
              </w:rPr>
              <w:t>[ ]</w:t>
            </w:r>
          </w:p>
        </w:tc>
        <w:tc>
          <w:tcPr>
            <w:tcW w:type="dxa" w:w="5102"/>
          </w:tcPr>
          <w:p>
            <w:r/>
            <w:r>
              <w:t>Signed offer letter and contract received</w:t>
            </w:r>
          </w:p>
        </w:tc>
        <w:tc>
          <w:tcPr>
            <w:tcW w:type="dxa" w:w="2041"/>
          </w:tcPr>
          <w:p>
            <w:r/>
            <w:r>
              <w:t>HR</w:t>
            </w:r>
          </w:p>
        </w:tc>
        <w:tc>
          <w:tcPr>
            <w:tcW w:type="dxa" w:w="1417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>
              <w:rPr>
                <w:highlight w:val="yellow"/>
              </w:rPr>
              <w:t>[ ]</w:t>
            </w:r>
          </w:p>
        </w:tc>
        <w:tc>
          <w:tcPr>
            <w:tcW w:type="dxa" w:w="5102"/>
          </w:tcPr>
          <w:p>
            <w:r/>
            <w:r>
              <w:t>Copies of ID, qualifications, BVN and NIN collected</w:t>
            </w:r>
          </w:p>
        </w:tc>
        <w:tc>
          <w:tcPr>
            <w:tcW w:type="dxa" w:w="2041"/>
          </w:tcPr>
          <w:p>
            <w:r/>
            <w:r>
              <w:t>HR</w:t>
            </w:r>
          </w:p>
        </w:tc>
        <w:tc>
          <w:tcPr>
            <w:tcW w:type="dxa" w:w="1417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>
              <w:rPr>
                <w:highlight w:val="yellow"/>
              </w:rPr>
              <w:t>[ ]</w:t>
            </w:r>
          </w:p>
        </w:tc>
        <w:tc>
          <w:tcPr>
            <w:tcW w:type="dxa" w:w="5102"/>
          </w:tcPr>
          <w:p>
            <w:r/>
            <w:r>
              <w:t>References checked</w:t>
            </w:r>
          </w:p>
        </w:tc>
        <w:tc>
          <w:tcPr>
            <w:tcW w:type="dxa" w:w="2041"/>
          </w:tcPr>
          <w:p>
            <w:r/>
            <w:r>
              <w:t>HR</w:t>
            </w:r>
          </w:p>
        </w:tc>
        <w:tc>
          <w:tcPr>
            <w:tcW w:type="dxa" w:w="1417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>
              <w:rPr>
                <w:highlight w:val="yellow"/>
              </w:rPr>
              <w:t>[ ]</w:t>
            </w:r>
          </w:p>
        </w:tc>
        <w:tc>
          <w:tcPr>
            <w:tcW w:type="dxa" w:w="5102"/>
          </w:tcPr>
          <w:p>
            <w:r/>
            <w:r>
              <w:t>Pension fund administrator (PFA) and RSA PIN recorded</w:t>
            </w:r>
          </w:p>
        </w:tc>
        <w:tc>
          <w:tcPr>
            <w:tcW w:type="dxa" w:w="2041"/>
          </w:tcPr>
          <w:p>
            <w:r/>
            <w:r>
              <w:t>HR</w:t>
            </w:r>
          </w:p>
        </w:tc>
        <w:tc>
          <w:tcPr>
            <w:tcW w:type="dxa" w:w="1417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>
              <w:rPr>
                <w:highlight w:val="yellow"/>
              </w:rPr>
              <w:t>[ ]</w:t>
            </w:r>
          </w:p>
        </w:tc>
        <w:tc>
          <w:tcPr>
            <w:tcW w:type="dxa" w:w="5102"/>
          </w:tcPr>
          <w:p>
            <w:r/>
            <w:r>
              <w:t>Bank account details recorded for payroll</w:t>
            </w:r>
          </w:p>
        </w:tc>
        <w:tc>
          <w:tcPr>
            <w:tcW w:type="dxa" w:w="2041"/>
          </w:tcPr>
          <w:p>
            <w:r/>
            <w:r>
              <w:t>HR / Finance</w:t>
            </w:r>
          </w:p>
        </w:tc>
        <w:tc>
          <w:tcPr>
            <w:tcW w:type="dxa" w:w="1417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>
              <w:rPr>
                <w:highlight w:val="yellow"/>
              </w:rPr>
              <w:t>[ ]</w:t>
            </w:r>
          </w:p>
        </w:tc>
        <w:tc>
          <w:tcPr>
            <w:tcW w:type="dxa" w:w="5102"/>
          </w:tcPr>
          <w:p>
            <w:r/>
            <w:r>
              <w:t>Desk, laptop, phone and tools ready</w:t>
            </w:r>
          </w:p>
        </w:tc>
        <w:tc>
          <w:tcPr>
            <w:tcW w:type="dxa" w:w="2041"/>
          </w:tcPr>
          <w:p>
            <w:r/>
            <w:r>
              <w:t>IT / Admin</w:t>
            </w:r>
          </w:p>
        </w:tc>
        <w:tc>
          <w:tcPr>
            <w:tcW w:type="dxa" w:w="1417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>
              <w:rPr>
                <w:highlight w:val="yellow"/>
              </w:rPr>
              <w:t>[ ]</w:t>
            </w:r>
          </w:p>
        </w:tc>
        <w:tc>
          <w:tcPr>
            <w:tcW w:type="dxa" w:w="5102"/>
          </w:tcPr>
          <w:p>
            <w:r/>
            <w:r>
              <w:t>Email address and system accounts created</w:t>
            </w:r>
          </w:p>
        </w:tc>
        <w:tc>
          <w:tcPr>
            <w:tcW w:type="dxa" w:w="2041"/>
          </w:tcPr>
          <w:p>
            <w:r/>
            <w:r>
              <w:t>IT</w:t>
            </w:r>
          </w:p>
        </w:tc>
        <w:tc>
          <w:tcPr>
            <w:tcW w:type="dxa" w:w="1417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>
              <w:rPr>
                <w:highlight w:val="yellow"/>
              </w:rPr>
              <w:t>[ ]</w:t>
            </w:r>
          </w:p>
        </w:tc>
        <w:tc>
          <w:tcPr>
            <w:tcW w:type="dxa" w:w="5102"/>
          </w:tcPr>
          <w:p>
            <w:r/>
            <w:r>
              <w:t>First-week plan agreed</w:t>
            </w:r>
          </w:p>
        </w:tc>
        <w:tc>
          <w:tcPr>
            <w:tcW w:type="dxa" w:w="2041"/>
          </w:tcPr>
          <w:p>
            <w:r/>
            <w:r>
              <w:t>Line manager</w:t>
            </w:r>
          </w:p>
        </w:tc>
        <w:tc>
          <w:tcPr>
            <w:tcW w:type="dxa" w:w="1417"/>
          </w:tcPr>
          <w:p>
            <w:r/>
            <w:r/>
          </w:p>
        </w:tc>
      </w:tr>
    </w:tbl>
    <w:p/>
    <w:p>
      <w:pPr>
        <w:pStyle w:val="Heading1"/>
      </w:pPr>
      <w:r>
        <w:t>First day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794"/>
          </w:tcPr>
          <w:p>
            <w:r/>
            <w:r>
              <w:rPr>
                <w:b/>
              </w:rPr>
              <w:t>Done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Task</w:t>
            </w:r>
          </w:p>
        </w:tc>
        <w:tc>
          <w:tcPr>
            <w:tcW w:type="dxa" w:w="2041"/>
          </w:tcPr>
          <w:p>
            <w:r/>
            <w:r>
              <w:rPr>
                <w:b/>
              </w:rPr>
              <w:t>Owner</w:t>
            </w:r>
          </w:p>
        </w:tc>
        <w:tc>
          <w:tcPr>
            <w:tcW w:type="dxa" w:w="1417"/>
          </w:tcPr>
          <w:p>
            <w:r/>
            <w:r>
              <w:rPr>
                <w:b/>
              </w:rPr>
              <w:t>Date</w:t>
            </w:r>
          </w:p>
        </w:tc>
      </w:tr>
      <w:tr>
        <w:tc>
          <w:tcPr>
            <w:tcW w:type="dxa" w:w="794"/>
          </w:tcPr>
          <w:p>
            <w:r/>
            <w:r>
              <w:rPr>
                <w:highlight w:val="yellow"/>
              </w:rPr>
              <w:t>[ ]</w:t>
            </w:r>
          </w:p>
        </w:tc>
        <w:tc>
          <w:tcPr>
            <w:tcW w:type="dxa" w:w="5102"/>
          </w:tcPr>
          <w:p>
            <w:r/>
            <w:r>
              <w:t>Welcome and introductions to the team</w:t>
            </w:r>
          </w:p>
        </w:tc>
        <w:tc>
          <w:tcPr>
            <w:tcW w:type="dxa" w:w="2041"/>
          </w:tcPr>
          <w:p>
            <w:r/>
            <w:r>
              <w:t>Line manager</w:t>
            </w:r>
          </w:p>
        </w:tc>
        <w:tc>
          <w:tcPr>
            <w:tcW w:type="dxa" w:w="1417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>
              <w:rPr>
                <w:highlight w:val="yellow"/>
              </w:rPr>
              <w:t>[ ]</w:t>
            </w:r>
          </w:p>
        </w:tc>
        <w:tc>
          <w:tcPr>
            <w:tcW w:type="dxa" w:w="5102"/>
          </w:tcPr>
          <w:p>
            <w:r/>
            <w:r>
              <w:t>Tour of the office or site, fire exits and assembly point</w:t>
            </w:r>
          </w:p>
        </w:tc>
        <w:tc>
          <w:tcPr>
            <w:tcW w:type="dxa" w:w="2041"/>
          </w:tcPr>
          <w:p>
            <w:r/>
            <w:r>
              <w:t>Admin / HSE</w:t>
            </w:r>
          </w:p>
        </w:tc>
        <w:tc>
          <w:tcPr>
            <w:tcW w:type="dxa" w:w="1417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>
              <w:rPr>
                <w:highlight w:val="yellow"/>
              </w:rPr>
              <w:t>[ ]</w:t>
            </w:r>
          </w:p>
        </w:tc>
        <w:tc>
          <w:tcPr>
            <w:tcW w:type="dxa" w:w="5102"/>
          </w:tcPr>
          <w:p>
            <w:r/>
            <w:r>
              <w:t>Safety induction and PPE issued and signed for</w:t>
            </w:r>
          </w:p>
        </w:tc>
        <w:tc>
          <w:tcPr>
            <w:tcW w:type="dxa" w:w="2041"/>
          </w:tcPr>
          <w:p>
            <w:r/>
            <w:r>
              <w:t>HSE</w:t>
            </w:r>
          </w:p>
        </w:tc>
        <w:tc>
          <w:tcPr>
            <w:tcW w:type="dxa" w:w="1417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>
              <w:rPr>
                <w:highlight w:val="yellow"/>
              </w:rPr>
              <w:t>[ ]</w:t>
            </w:r>
          </w:p>
        </w:tc>
        <w:tc>
          <w:tcPr>
            <w:tcW w:type="dxa" w:w="5102"/>
          </w:tcPr>
          <w:p>
            <w:r/>
            <w:r>
              <w:t>Staff handbook and policies given and signed for</w:t>
            </w:r>
          </w:p>
        </w:tc>
        <w:tc>
          <w:tcPr>
            <w:tcW w:type="dxa" w:w="2041"/>
          </w:tcPr>
          <w:p>
            <w:r/>
            <w:r>
              <w:t>HR</w:t>
            </w:r>
          </w:p>
        </w:tc>
        <w:tc>
          <w:tcPr>
            <w:tcW w:type="dxa" w:w="1417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>
              <w:rPr>
                <w:highlight w:val="yellow"/>
              </w:rPr>
              <w:t>[ ]</w:t>
            </w:r>
          </w:p>
        </w:tc>
        <w:tc>
          <w:tcPr>
            <w:tcW w:type="dxa" w:w="5102"/>
          </w:tcPr>
          <w:p>
            <w:r/>
            <w:r>
              <w:t>Shown how to clock in and ask for leave</w:t>
            </w:r>
          </w:p>
        </w:tc>
        <w:tc>
          <w:tcPr>
            <w:tcW w:type="dxa" w:w="2041"/>
          </w:tcPr>
          <w:p>
            <w:r/>
            <w:r>
              <w:t>HR</w:t>
            </w:r>
          </w:p>
        </w:tc>
        <w:tc>
          <w:tcPr>
            <w:tcW w:type="dxa" w:w="1417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>
              <w:rPr>
                <w:highlight w:val="yellow"/>
              </w:rPr>
              <w:t>[ ]</w:t>
            </w:r>
          </w:p>
        </w:tc>
        <w:tc>
          <w:tcPr>
            <w:tcW w:type="dxa" w:w="5102"/>
          </w:tcPr>
          <w:p>
            <w:r/>
            <w:r>
              <w:t>ID card issued</w:t>
            </w:r>
          </w:p>
        </w:tc>
        <w:tc>
          <w:tcPr>
            <w:tcW w:type="dxa" w:w="2041"/>
          </w:tcPr>
          <w:p>
            <w:r/>
            <w:r>
              <w:t>Admin</w:t>
            </w:r>
          </w:p>
        </w:tc>
        <w:tc>
          <w:tcPr>
            <w:tcW w:type="dxa" w:w="1417"/>
          </w:tcPr>
          <w:p>
            <w:r/>
            <w:r/>
          </w:p>
        </w:tc>
      </w:tr>
    </w:tbl>
    <w:p/>
    <w:p>
      <w:pPr>
        <w:pStyle w:val="Heading1"/>
      </w:pPr>
      <w:r>
        <w:t>First week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794"/>
          </w:tcPr>
          <w:p>
            <w:r/>
            <w:r>
              <w:rPr>
                <w:b/>
              </w:rPr>
              <w:t>Done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Task</w:t>
            </w:r>
          </w:p>
        </w:tc>
        <w:tc>
          <w:tcPr>
            <w:tcW w:type="dxa" w:w="2041"/>
          </w:tcPr>
          <w:p>
            <w:r/>
            <w:r>
              <w:rPr>
                <w:b/>
              </w:rPr>
              <w:t>Owner</w:t>
            </w:r>
          </w:p>
        </w:tc>
        <w:tc>
          <w:tcPr>
            <w:tcW w:type="dxa" w:w="1417"/>
          </w:tcPr>
          <w:p>
            <w:r/>
            <w:r>
              <w:rPr>
                <w:b/>
              </w:rPr>
              <w:t>Date</w:t>
            </w:r>
          </w:p>
        </w:tc>
      </w:tr>
      <w:tr>
        <w:tc>
          <w:tcPr>
            <w:tcW w:type="dxa" w:w="794"/>
          </w:tcPr>
          <w:p>
            <w:r/>
            <w:r>
              <w:rPr>
                <w:highlight w:val="yellow"/>
              </w:rPr>
              <w:t>[ ]</w:t>
            </w:r>
          </w:p>
        </w:tc>
        <w:tc>
          <w:tcPr>
            <w:tcW w:type="dxa" w:w="5102"/>
          </w:tcPr>
          <w:p>
            <w:r/>
            <w:r>
              <w:t>Job description and goals for probation agreed</w:t>
            </w:r>
          </w:p>
        </w:tc>
        <w:tc>
          <w:tcPr>
            <w:tcW w:type="dxa" w:w="2041"/>
          </w:tcPr>
          <w:p>
            <w:r/>
            <w:r>
              <w:t>Line manager</w:t>
            </w:r>
          </w:p>
        </w:tc>
        <w:tc>
          <w:tcPr>
            <w:tcW w:type="dxa" w:w="1417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>
              <w:rPr>
                <w:highlight w:val="yellow"/>
              </w:rPr>
              <w:t>[ ]</w:t>
            </w:r>
          </w:p>
        </w:tc>
        <w:tc>
          <w:tcPr>
            <w:tcW w:type="dxa" w:w="5102"/>
          </w:tcPr>
          <w:p>
            <w:r/>
            <w:r>
              <w:t>Training on the systems and tools for the job</w:t>
            </w:r>
          </w:p>
        </w:tc>
        <w:tc>
          <w:tcPr>
            <w:tcW w:type="dxa" w:w="2041"/>
          </w:tcPr>
          <w:p>
            <w:r/>
            <w:r>
              <w:t>Line manager</w:t>
            </w:r>
          </w:p>
        </w:tc>
        <w:tc>
          <w:tcPr>
            <w:tcW w:type="dxa" w:w="1417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>
              <w:rPr>
                <w:highlight w:val="yellow"/>
              </w:rPr>
              <w:t>[ ]</w:t>
            </w:r>
          </w:p>
        </w:tc>
        <w:tc>
          <w:tcPr>
            <w:tcW w:type="dxa" w:w="5102"/>
          </w:tcPr>
          <w:p>
            <w:r/>
            <w:r>
              <w:t>Next of kin and emergency contacts recorded</w:t>
            </w:r>
          </w:p>
        </w:tc>
        <w:tc>
          <w:tcPr>
            <w:tcW w:type="dxa" w:w="2041"/>
          </w:tcPr>
          <w:p>
            <w:r/>
            <w:r>
              <w:t>HR</w:t>
            </w:r>
          </w:p>
        </w:tc>
        <w:tc>
          <w:tcPr>
            <w:tcW w:type="dxa" w:w="1417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>
              <w:rPr>
                <w:highlight w:val="yellow"/>
              </w:rPr>
              <w:t>[ ]</w:t>
            </w:r>
          </w:p>
        </w:tc>
        <w:tc>
          <w:tcPr>
            <w:tcW w:type="dxa" w:w="5102"/>
          </w:tcPr>
          <w:p>
            <w:r/>
            <w:r>
              <w:t>Health insurance (HMO) registration started</w:t>
            </w:r>
          </w:p>
        </w:tc>
        <w:tc>
          <w:tcPr>
            <w:tcW w:type="dxa" w:w="2041"/>
          </w:tcPr>
          <w:p>
            <w:r/>
            <w:r>
              <w:t>HR</w:t>
            </w:r>
          </w:p>
        </w:tc>
        <w:tc>
          <w:tcPr>
            <w:tcW w:type="dxa" w:w="1417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>
              <w:rPr>
                <w:highlight w:val="yellow"/>
              </w:rPr>
              <w:t>[ ]</w:t>
            </w:r>
          </w:p>
        </w:tc>
        <w:tc>
          <w:tcPr>
            <w:tcW w:type="dxa" w:w="5102"/>
          </w:tcPr>
          <w:p>
            <w:r/>
            <w:r>
              <w:t>Added to payroll for the coming month</w:t>
            </w:r>
          </w:p>
        </w:tc>
        <w:tc>
          <w:tcPr>
            <w:tcW w:type="dxa" w:w="2041"/>
          </w:tcPr>
          <w:p>
            <w:r/>
            <w:r>
              <w:t>Finance</w:t>
            </w:r>
          </w:p>
        </w:tc>
        <w:tc>
          <w:tcPr>
            <w:tcW w:type="dxa" w:w="1417"/>
          </w:tcPr>
          <w:p>
            <w:r/>
            <w:r/>
          </w:p>
        </w:tc>
      </w:tr>
    </w:tbl>
    <w:p/>
    <w:p>
      <w:pPr>
        <w:pStyle w:val="Heading1"/>
      </w:pPr>
      <w:r>
        <w:t>First three months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794"/>
          </w:tcPr>
          <w:p>
            <w:r/>
            <w:r>
              <w:rPr>
                <w:b/>
              </w:rPr>
              <w:t>Done</w:t>
            </w:r>
          </w:p>
        </w:tc>
        <w:tc>
          <w:tcPr>
            <w:tcW w:type="dxa" w:w="5102"/>
          </w:tcPr>
          <w:p>
            <w:r/>
            <w:r>
              <w:rPr>
                <w:b/>
              </w:rPr>
              <w:t>Task</w:t>
            </w:r>
          </w:p>
        </w:tc>
        <w:tc>
          <w:tcPr>
            <w:tcW w:type="dxa" w:w="2041"/>
          </w:tcPr>
          <w:p>
            <w:r/>
            <w:r>
              <w:rPr>
                <w:b/>
              </w:rPr>
              <w:t>Owner</w:t>
            </w:r>
          </w:p>
        </w:tc>
        <w:tc>
          <w:tcPr>
            <w:tcW w:type="dxa" w:w="1417"/>
          </w:tcPr>
          <w:p>
            <w:r/>
            <w:r>
              <w:rPr>
                <w:b/>
              </w:rPr>
              <w:t>Date</w:t>
            </w:r>
          </w:p>
        </w:tc>
      </w:tr>
      <w:tr>
        <w:tc>
          <w:tcPr>
            <w:tcW w:type="dxa" w:w="794"/>
          </w:tcPr>
          <w:p>
            <w:r/>
            <w:r>
              <w:rPr>
                <w:highlight w:val="yellow"/>
              </w:rPr>
              <w:t>[ ]</w:t>
            </w:r>
          </w:p>
        </w:tc>
        <w:tc>
          <w:tcPr>
            <w:tcW w:type="dxa" w:w="5102"/>
          </w:tcPr>
          <w:p>
            <w:r/>
            <w:r>
              <w:t>Check-in at the end of month one</w:t>
            </w:r>
          </w:p>
        </w:tc>
        <w:tc>
          <w:tcPr>
            <w:tcW w:type="dxa" w:w="2041"/>
          </w:tcPr>
          <w:p>
            <w:r/>
            <w:r>
              <w:t>Line manager</w:t>
            </w:r>
          </w:p>
        </w:tc>
        <w:tc>
          <w:tcPr>
            <w:tcW w:type="dxa" w:w="1417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>
              <w:rPr>
                <w:highlight w:val="yellow"/>
              </w:rPr>
              <w:t>[ ]</w:t>
            </w:r>
          </w:p>
        </w:tc>
        <w:tc>
          <w:tcPr>
            <w:tcW w:type="dxa" w:w="5102"/>
          </w:tcPr>
          <w:p>
            <w:r/>
            <w:r>
              <w:t>Required certificates and medicals in place for the role</w:t>
            </w:r>
          </w:p>
        </w:tc>
        <w:tc>
          <w:tcPr>
            <w:tcW w:type="dxa" w:w="2041"/>
          </w:tcPr>
          <w:p>
            <w:r/>
            <w:r>
              <w:t>HSE</w:t>
            </w:r>
          </w:p>
        </w:tc>
        <w:tc>
          <w:tcPr>
            <w:tcW w:type="dxa" w:w="1417"/>
          </w:tcPr>
          <w:p>
            <w:r/>
            <w:r/>
          </w:p>
        </w:tc>
      </w:tr>
      <w:tr>
        <w:tc>
          <w:tcPr>
            <w:tcW w:type="dxa" w:w="794"/>
          </w:tcPr>
          <w:p>
            <w:r/>
            <w:r>
              <w:rPr>
                <w:highlight w:val="yellow"/>
              </w:rPr>
              <w:t>[ ]</w:t>
            </w:r>
          </w:p>
        </w:tc>
        <w:tc>
          <w:tcPr>
            <w:tcW w:type="dxa" w:w="5102"/>
          </w:tcPr>
          <w:p>
            <w:r/>
            <w:r>
              <w:t>Probation review and confirmation letter</w:t>
            </w:r>
          </w:p>
        </w:tc>
        <w:tc>
          <w:tcPr>
            <w:tcW w:type="dxa" w:w="2041"/>
          </w:tcPr>
          <w:p>
            <w:r/>
            <w:r>
              <w:t>Line manager / HR</w:t>
            </w:r>
          </w:p>
        </w:tc>
        <w:tc>
          <w:tcPr>
            <w:tcW w:type="dxa" w:w="1417"/>
          </w:tcPr>
          <w:p>
            <w:r/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627A"/>
        <w:sz w:val="16"/>
      </w:rPr>
      <w:t>Free template from Keelsum (keelsum.com). Not legal advice: check it against your contracts and current law.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B1424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B142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B1424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